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KlangART Hilbeck  nur interne Benutzung</w:t>
      </w:r>
    </w:p>
    <w:p/>
    <w:p>
      <w:pPr>
        <w:pStyle w:val="Heading2"/>
      </w:pPr>
      <w:r>
        <w:rPr>
          <w:sz w:val="28"/>
        </w:rPr>
        <w:t>Stimme (Sopran)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Heu-te ||: hier, mor-gen dort, bin kaum da, muss ich fort, hab mich nie-mals des-we-gen be-klagt. | Hab es selbst so ge-wählt, nie die Jah-re ge-zählt, nie nach Ges-tern und Mor-gen ge-fragt. | träu-me ich schwer und dann denk ich es wär Zeit zu blei-ben und nun, was ganz and-res zu tun. | So ver-geht Jahr um Jahr und es ist mir längst klar, dass nichts bleibt, dass nichts bleibt, wie es war. |  | Dass man :|| klar,_  | dass nichts bleibt, | dass nichts bleibt, | wie es war. |</w:t>
      </w:r>
    </w:p>
    <w:p/>
    <w:p>
      <w:pPr>
        <w:pStyle w:val="Heading3"/>
      </w:pPr>
      <w:r>
        <w:t>2. Strophe</w:t>
      </w:r>
    </w:p>
    <w:p>
      <w:r>
        <w:rPr>
          <w:rFonts w:ascii="Arial" w:hAnsi="Arial"/>
          <w:sz w:val="22"/>
        </w:rPr>
        <w:t>(Dass man) ||: mich kaumver-misst, schon seit Ta-gen ver-gisst, wenn ich längst wie-der an-ders-wo bin. | Stört und küm-mert mich nicht, viel-leicht bleibt mein Ge-sicht doch dem ein o-der an-dern im Sinn. | Manch-mal |  |  | Fragt mich :|| ist mir längst |</w:t>
      </w:r>
    </w:p>
    <w:p/>
    <w:p>
      <w:pPr>
        <w:pStyle w:val="Heading3"/>
      </w:pPr>
      <w:r>
        <w:t>3. Strophe</w:t>
      </w:r>
    </w:p>
    <w:p>
      <w:r>
        <w:rPr>
          <w:rFonts w:ascii="Arial" w:hAnsi="Arial"/>
          <w:sz w:val="22"/>
        </w:rPr>
        <w:t>(Fragt mich) ||: ei-ner, wa-rum ich so bin, bleib ich stumm, denn die ant-wort da-rauf fällt mir schwer. | Denn was neu ist, wird alt, und was ges-tern noch galt, stimmt schon heut o-der mor-gen nicht mehr. |  |  |  |  :||  |</w:t>
      </w:r>
    </w:p>
    <w:p/>
    <w:p/>
    <w:p>
      <w:pPr>
        <w:pStyle w:val="Heading2"/>
      </w:pPr>
      <w:r>
        <w:rPr>
          <w:sz w:val="28"/>
        </w:rPr>
        <w:t>Stimme (Männer)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Heu-te ||: hier, mor-gen dort, bin kaum da, muss ich fort, hab mich nie-mals des-we-gen be-klagt. Hab es selbst so ge-wählt, nie die Jah-re ge-zählt, nie nach Ges-tern und Mor-gen ge-fragt. | träu-me ich schwer und dann denk ich es wär Zeit zu blei-ben und nun, was ganz and-res zu tun. | so ver-geht Jahr um Jahr und es ist mir längst klar, dass nichts bleibt, dass nichts bleibt, wie es war. |  | Fragt mich :|| ist mir längst klar,_  | dass nichts bleibt, | das nichts bleibt, | wie es war. |</w:t>
      </w:r>
    </w:p>
    <w:p/>
    <w:p>
      <w:pPr>
        <w:pStyle w:val="Heading3"/>
      </w:pPr>
      <w:r>
        <w:t>2. Strophe</w:t>
      </w:r>
    </w:p>
    <w:p>
      <w:r>
        <w:rPr>
          <w:rFonts w:ascii="Arial" w:hAnsi="Arial"/>
          <w:sz w:val="22"/>
        </w:rPr>
        <w:t>(Dass man) ||: mich kaum ver-misst, schon nach Ta-gen ver-gisst, wenn ich längst wie-der an-ders-wo bin. mmh__ Stört und küm-mert mich nicht, viel-leicht bleibt mein Ge-sicht doch dem ein o-der an-dem im Sinn. | Manch-mal |  |  |  :||  |</w:t>
      </w:r>
    </w:p>
    <w:p/>
    <w:p>
      <w:pPr>
        <w:pStyle w:val="Heading3"/>
      </w:pPr>
      <w:r>
        <w:t>3. Strophe</w:t>
      </w:r>
    </w:p>
    <w:p>
      <w:r>
        <w:rPr>
          <w:rFonts w:ascii="Arial" w:hAnsi="Arial"/>
          <w:sz w:val="22"/>
        </w:rPr>
        <w:t>(Fragt mich) ||: ei-ner, wa-rum ich so bin, bleib ich stumm, denn die Ant-wort da-rauf fällt mir schwer. Denn was neu ist, wird alt, und was ges-tem noch galt, stimmt schon heut o-der mor-gen nicht mehr. |  |  |  |  :||  |</w:t>
      </w:r>
    </w:p>
    <w:p/>
    <w:p/>
    <w:p/>
    <w:p>
      <w:pPr>
        <w:pStyle w:val="Heading3"/>
      </w:pPr>
      <w:r>
        <w:t>Legende:</w:t>
      </w:r>
    </w:p>
    <w:p>
      <w:r>
        <w:t xml:space="preserve">  -  = Silbentrennung (hyphen) / Melisma</w:t>
      </w:r>
    </w:p>
    <w:p>
      <w:r>
        <w:t xml:space="preserve">  _  = Haltelinie (extender)</w:t>
      </w:r>
    </w:p>
    <w:p>
      <w:r>
        <w:t xml:space="preserve">  |  = Pause</w:t>
      </w:r>
    </w:p>
    <w:p>
      <w:r>
        <w:t xml:space="preserve">  ||:  = Wiederholung Anfang</w:t>
      </w:r>
    </w:p>
    <w:p>
      <w:r>
        <w:t xml:space="preserve">  :||  = Wiederholung Ende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